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C41F8" w14:textId="77777777" w:rsidR="00043ED2" w:rsidRDefault="00000000">
      <w:pPr>
        <w:pStyle w:val="Heading1"/>
        <w:jc w:val="center"/>
        <w:rPr>
          <w:rFonts w:ascii="Arial" w:eastAsia="Arial" w:hAnsi="Arial" w:cs="Arial"/>
        </w:rPr>
      </w:pPr>
      <w:r>
        <w:rPr>
          <w:rFonts w:ascii="Montserrat" w:eastAsia="Montserrat" w:hAnsi="Montserrat" w:cs="Montserrat"/>
          <w:b w:val="0"/>
          <w:bCs w:val="0"/>
          <w:noProof/>
          <w:color w:val="274382"/>
          <w:sz w:val="56"/>
          <w:szCs w:val="56"/>
        </w:rPr>
        <w:drawing>
          <wp:anchor distT="114300" distB="114300" distL="114300" distR="114300" simplePos="0" relativeHeight="251658240" behindDoc="0" locked="0" layoutInCell="1" hidden="0" allowOverlap="1" wp14:anchorId="54E1141A" wp14:editId="59CD133E">
            <wp:simplePos x="0" y="0"/>
            <wp:positionH relativeFrom="margin">
              <wp:posOffset>1508760</wp:posOffset>
            </wp:positionH>
            <wp:positionV relativeFrom="margin">
              <wp:posOffset>-548639</wp:posOffset>
            </wp:positionV>
            <wp:extent cx="2451100" cy="1454150"/>
            <wp:effectExtent l="0" t="0" r="0" b="0"/>
            <wp:wrapTopAndBottom distT="114300" distB="114300"/>
            <wp:docPr id="2" name="image1.jpg" descr="A close-up of a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logo&#10;&#10;AI-generated content may be incorrect."/>
                    <pic:cNvPicPr preferRelativeResize="0"/>
                  </pic:nvPicPr>
                  <pic:blipFill>
                    <a:blip r:embed="rId6"/>
                    <a:srcRect l="14549" t="18164" r="16969" b="19004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45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74382"/>
        </w:rPr>
        <w:t>Event Support Request Information</w:t>
      </w:r>
    </w:p>
    <w:p w14:paraId="071BC1D5" w14:textId="77777777" w:rsidR="00043ED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complete the information below and attach it to your </w:t>
      </w:r>
      <w:hyperlink r:id="rId7">
        <w:r w:rsidR="00043ED2">
          <w:rPr>
            <w:rFonts w:ascii="Arial" w:eastAsia="Arial" w:hAnsi="Arial" w:cs="Arial"/>
            <w:color w:val="274382"/>
            <w:u w:val="single"/>
          </w:rPr>
          <w:t>Marketing Request Form</w:t>
        </w:r>
      </w:hyperlink>
      <w:r>
        <w:rPr>
          <w:rFonts w:ascii="Arial" w:eastAsia="Arial" w:hAnsi="Arial" w:cs="Arial"/>
          <w:color w:val="274382"/>
        </w:rPr>
        <w:t xml:space="preserve"> </w:t>
      </w:r>
      <w:r>
        <w:rPr>
          <w:rFonts w:ascii="Arial" w:eastAsia="Arial" w:hAnsi="Arial" w:cs="Arial"/>
        </w:rPr>
        <w:t>submission so we can best support your event.</w:t>
      </w:r>
      <w:r>
        <w:rPr>
          <w:rFonts w:ascii="Arial" w:eastAsia="Arial" w:hAnsi="Arial" w:cs="Arial"/>
        </w:rPr>
        <w:br/>
      </w:r>
    </w:p>
    <w:p w14:paraId="4EE7A9DF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Event Name:</w:t>
      </w:r>
    </w:p>
    <w:p w14:paraId="286CB145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Date:</w:t>
      </w:r>
    </w:p>
    <w:p w14:paraId="6CD97510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Time:</w:t>
      </w:r>
    </w:p>
    <w:p w14:paraId="6D6CCE36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Location:</w:t>
      </w:r>
    </w:p>
    <w:p w14:paraId="022FE0F0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Description of the event for promotional purposes:</w:t>
      </w:r>
    </w:p>
    <w:p w14:paraId="01D4F949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Is this a CE event? </w:t>
      </w:r>
    </w:p>
    <w:p w14:paraId="626C0B6F" w14:textId="77777777" w:rsidR="00043E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Is Odyssey credentialing this event? </w:t>
      </w:r>
    </w:p>
    <w:p w14:paraId="65FF8EB6" w14:textId="77777777" w:rsidR="00043E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If yes, have you reached out to your supervisor and fill out the CE Webinar Form to set up a </w:t>
      </w:r>
      <w:proofErr w:type="spellStart"/>
      <w:r>
        <w:rPr>
          <w:rFonts w:ascii="Arial" w:eastAsia="Arial" w:hAnsi="Arial" w:cs="Arial"/>
          <w:b/>
          <w:bCs/>
        </w:rPr>
        <w:t>CEgo</w:t>
      </w:r>
      <w:proofErr w:type="spellEnd"/>
      <w:r>
        <w:rPr>
          <w:rFonts w:ascii="Arial" w:eastAsia="Arial" w:hAnsi="Arial" w:cs="Arial"/>
          <w:b/>
          <w:bCs/>
        </w:rPr>
        <w:t xml:space="preserve"> page for registration? If so, please provide the link: </w:t>
      </w:r>
    </w:p>
    <w:p w14:paraId="1812DC2C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Is this a virtual event? </w:t>
      </w:r>
    </w:p>
    <w:p w14:paraId="269547B9" w14:textId="77777777" w:rsidR="00043E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If yes, please provide the </w:t>
      </w:r>
      <w:r>
        <w:rPr>
          <w:rFonts w:ascii="Arial" w:eastAsia="Arial" w:hAnsi="Arial" w:cs="Arial"/>
          <w:b/>
          <w:bCs/>
        </w:rPr>
        <w:t>Zoom</w:t>
      </w:r>
      <w:r>
        <w:rPr>
          <w:rFonts w:ascii="Arial" w:eastAsia="Arial" w:hAnsi="Arial" w:cs="Arial"/>
          <w:b/>
          <w:bCs/>
          <w:color w:val="000000"/>
        </w:rPr>
        <w:t xml:space="preserve"> or meeting link</w:t>
      </w:r>
      <w:r>
        <w:rPr>
          <w:rFonts w:ascii="Arial" w:eastAsia="Arial" w:hAnsi="Arial" w:cs="Arial"/>
          <w:b/>
          <w:bCs/>
        </w:rPr>
        <w:t xml:space="preserve">: </w:t>
      </w:r>
    </w:p>
    <w:p w14:paraId="47ED3F7A" w14:textId="23280CDA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Would you like an Eventbrite page created</w:t>
      </w:r>
      <w:r>
        <w:rPr>
          <w:rFonts w:ascii="Arial" w:eastAsia="Arial" w:hAnsi="Arial" w:cs="Arial"/>
          <w:color w:val="000000"/>
        </w:rPr>
        <w:t xml:space="preserve">? </w:t>
      </w:r>
      <w:r>
        <w:rPr>
          <w:rFonts w:ascii="Arial" w:eastAsia="Arial" w:hAnsi="Arial" w:cs="Arial"/>
          <w:i/>
          <w:iCs/>
          <w:color w:val="000000"/>
        </w:rPr>
        <w:t xml:space="preserve">(Note: If this is a </w:t>
      </w:r>
      <w:proofErr w:type="spellStart"/>
      <w:r>
        <w:rPr>
          <w:rFonts w:ascii="Arial" w:eastAsia="Arial" w:hAnsi="Arial" w:cs="Arial"/>
          <w:i/>
          <w:iCs/>
          <w:color w:val="000000"/>
        </w:rPr>
        <w:t>CEgo</w:t>
      </w:r>
      <w:proofErr w:type="spellEnd"/>
      <w:r>
        <w:rPr>
          <w:rFonts w:ascii="Arial" w:eastAsia="Arial" w:hAnsi="Arial" w:cs="Arial"/>
          <w:i/>
          <w:iCs/>
          <w:color w:val="000000"/>
        </w:rPr>
        <w:t xml:space="preserve"> or partner CE event</w:t>
      </w:r>
      <w:r w:rsidR="00427381">
        <w:rPr>
          <w:rFonts w:ascii="Arial" w:eastAsia="Arial" w:hAnsi="Arial" w:cs="Arial"/>
          <w:i/>
          <w:iCs/>
          <w:color w:val="000000"/>
        </w:rPr>
        <w:t xml:space="preserve">, </w:t>
      </w:r>
      <w:r>
        <w:rPr>
          <w:rFonts w:ascii="Arial" w:eastAsia="Arial" w:hAnsi="Arial" w:cs="Arial"/>
          <w:i/>
          <w:iCs/>
          <w:color w:val="000000"/>
        </w:rPr>
        <w:t>an Eventbrite page is not needed)</w:t>
      </w:r>
      <w:r>
        <w:rPr>
          <w:rFonts w:ascii="Arial" w:eastAsia="Arial" w:hAnsi="Arial" w:cs="Arial"/>
          <w:color w:val="000000"/>
        </w:rPr>
        <w:t xml:space="preserve"> </w:t>
      </w:r>
    </w:p>
    <w:p w14:paraId="73A8F8CB" w14:textId="77777777" w:rsidR="00043E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If yes, is there a maximum number of attendees?</w:t>
      </w:r>
    </w:p>
    <w:p w14:paraId="345D7CE8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Do you need a flyer created for print that includes a QR code?</w:t>
      </w:r>
    </w:p>
    <w:p w14:paraId="018D9F2F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Would you like this event promoted on social media? </w:t>
      </w:r>
    </w:p>
    <w:p w14:paraId="31208BD1" w14:textId="77777777" w:rsidR="00043E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Would you like assistance creating an email invitation or announcement? </w:t>
      </w:r>
    </w:p>
    <w:p w14:paraId="48A09E2E" w14:textId="77777777" w:rsidR="00043E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</w:rPr>
        <w:t xml:space="preserve">If yes, please send the email distribution list in an Excel file so it can be uploaded to our platform for distribution. If you need assistance with this, please contact your supervisor. </w:t>
      </w:r>
    </w:p>
    <w:sectPr w:rsidR="00043ED2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06DAC3-F65D-FB48-A322-E5E61AAC47DB}"/>
    <w:embedBold r:id="rId2" w:fontKey="{AFBEAA4E-252E-B648-877C-9DF17EFF1F94}"/>
    <w:embedItalic r:id="rId3" w:fontKey="{B0A50F47-C336-9247-911A-EDED0653004A}"/>
    <w:embedBoldItalic r:id="rId4" w:fontKey="{0600A32C-F803-B746-967E-6930379566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5AD90D-C750-5D41-A337-625E6B52C6B6}"/>
    <w:embedBold r:id="rId6" w:fontKey="{F60A005E-783A-F440-A5F5-9ADFE8DD2271}"/>
    <w:embedItalic r:id="rId7" w:fontKey="{5290DDAE-41A9-C849-83A8-9C123F919601}"/>
    <w:embedBoldItalic r:id="rId8" w:fontKey="{F6754550-6D98-0542-952F-9474BF6704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6C3D9BC-D240-2A4D-946F-263D51B770B5}"/>
    <w:embedBold r:id="rId10" w:fontKey="{C46F23CE-2841-E148-AFF6-6BF3B5132E7E}"/>
    <w:embedItalic r:id="rId11" w:fontKey="{3095E30C-A1B9-154D-8CFD-F9D11106B234}"/>
    <w:embedBoldItalic r:id="rId12" w:fontKey="{A226F99E-3578-9641-B343-F815652ADF90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3" w:fontKey="{0E548D6C-4717-DA41-8A21-9711C89245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24763020-B644-2644-8D5D-2C1EAF26A275}"/>
    <w:embedBold r:id="rId15" w:fontKey="{B3E66D28-CF1E-4847-8BD9-90AB1F074ECD}"/>
    <w:embedItalic r:id="rId16" w:fontKey="{132514A5-AB30-294E-8857-BE22FDFCCEE3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837AA"/>
    <w:multiLevelType w:val="multilevel"/>
    <w:tmpl w:val="7526C8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48261CE"/>
    <w:multiLevelType w:val="multilevel"/>
    <w:tmpl w:val="AF32C1B8"/>
    <w:lvl w:ilvl="0">
      <w:start w:val="1"/>
      <w:numFmt w:val="bullet"/>
      <w:pStyle w:val="ListBullet3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E6B26BE"/>
    <w:multiLevelType w:val="multilevel"/>
    <w:tmpl w:val="20BE68CC"/>
    <w:lvl w:ilvl="0">
      <w:start w:val="1"/>
      <w:numFmt w:val="bullet"/>
      <w:pStyle w:val="List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7E63C2C"/>
    <w:multiLevelType w:val="multilevel"/>
    <w:tmpl w:val="4D2862B4"/>
    <w:lvl w:ilvl="0">
      <w:start w:val="1"/>
      <w:numFmt w:val="bullet"/>
      <w:pStyle w:val="ListBullet2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986079702">
    <w:abstractNumId w:val="2"/>
  </w:num>
  <w:num w:numId="2" w16cid:durableId="318388253">
    <w:abstractNumId w:val="3"/>
  </w:num>
  <w:num w:numId="3" w16cid:durableId="1420254619">
    <w:abstractNumId w:val="1"/>
  </w:num>
  <w:num w:numId="4" w16cid:durableId="400443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ED2"/>
    <w:rsid w:val="00043ED2"/>
    <w:rsid w:val="001E13C0"/>
    <w:rsid w:val="00427381"/>
    <w:rsid w:val="00C4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798DE4"/>
  <w15:docId w15:val="{D9218389-517B-2047-91C1-85EA501FE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7275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53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dysseybehavioralhealth.com/marketing-reques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LXtlxTlPb/FgPe2LZkoFuaWCfQ==">CgMxLjA4AHIhMTBzTUphOVRhU0JWT0VUT3l4QTJHMmgzLXJKeTR5eUtT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204</Words>
  <Characters>957</Characters>
  <Application>Microsoft Office Word</Application>
  <DocSecurity>0</DocSecurity>
  <Lines>26</Lines>
  <Paragraphs>21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Michele Eakes</cp:lastModifiedBy>
  <cp:revision>3</cp:revision>
  <dcterms:created xsi:type="dcterms:W3CDTF">2026-01-16T15:39:00Z</dcterms:created>
  <dcterms:modified xsi:type="dcterms:W3CDTF">2026-01-16T15:42:00Z</dcterms:modified>
</cp:coreProperties>
</file>